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ובמה היא שונה מירושה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התהליך שבו דברים 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מורשת של משפחה, של קהילה ושל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שמקבלת ירושה ממישהו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קבוצת אנשים שנולדו בערך באותה 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נבנות מאותו שורש לשוני הקשור להעברה 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מורשת יכולה להיות של משפחה, של קהילה ואף של עם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שעובר מאדם לאדם אחריו)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שמקבלת 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שנולדו בערך באותה תקופה)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מעגל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מישהו בדור קודם יוצר או שומר משהו (מתכון, שיר, מנהג)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מלמד או מעביר אותו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הדור הבא מקבל ושומר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הדור הבא עושה אותו בעצמו ולפעמים משנה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סיווג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 משפחתית: מתכון או כינוי שעובר בתוך משפחה. מורשת של עם: שפה, תנ״ך או חג שחוגג כל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- דבר אחד שעובר; מורשת - כלל הדברים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מנהג חג של קהילה מסוימת או ניגון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דור מקבל, שומר, לפעמים משנה ומעביר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מהכיתה למורשת משפחתית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מורשת משפחה/קהילה/עם באמצעות דוגמאות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הסידור (מעגל המורשת) מומלץ לבצע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מורשת היא כל מה שעובר אלינו מהדורות הקודמים – מנהגים, סיפורים, שפה ומתכונים. בדף הזה נתרגל את המילים הקשורות למורשת ואת הדרך שבה היא ממשיכה לחיות.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מורשת  ·  יורשת  ·  דור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 שמקבלים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מה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שחוגגים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זו יורשת?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שמלמדת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שמקבלת ירושה ממישהו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שכותבת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קבוצת אנשים שנולדו בערך באותה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מתכון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ירושה ומורשת באות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שייכת רק למשפחה אחת ולא לעם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שנולדו בערך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שעובר מאדם לאדם אחריו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שמקבלת ירושה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מעגל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מלמד או מעביר אותו לאחרים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הדור הבא מקבל ושומר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הדור הבא עושה אותו בעצמו ולפעמים משנה מעט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מישהו בדור קודם יוצר או שומר משהו (מתכון, שיר, מנהג)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מתכון של סבתא שעובר מדור לדור הוא דוגמה ל__________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שמקבלת שעון ישן מסבא שלה נקראת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קבוצת אנשים שנולדו בערך באותה תקופה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סיווג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למורשת משפחתית ולמורשת של עם, והסבירו בקצרה את ההבדל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למורשת של קהילה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