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ובמה היא שונה מירושה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התהליך שבו דברים 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מורשת של משפחה, של קהילה ושל 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מה שעובר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 שמקבלת ירושה ממישהו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להעביר דבר לדורות הבאים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קבוצת אנשים שנולדו בערך באותה 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דבר שחוזרים ועושים בקהילה או במשפחה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נבנות מאותו שורש לשוני הקשור להעברה 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מורשת יכולה להיות של משפחה, של קהילה ואף של עם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מנהג כזה עובר בתוך קהילה מסוימת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השפה עוברת מדור לדור בכל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דוגמה למורשת משפחתית קטנה, לא של 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שעובר מאדם לאדם אחריו)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 שמקבלת ירושה)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(כל מה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(אנשים שנולדו בערך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(להעביר לדורות הבאים)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(דבר שחוזרים ועושים בקהילה)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מעגל המורשת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מישהו בדור קודם יוצר או שומר משהו (מתכון, שיר, מנהג)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מלמד או מעביר אותו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הדור הבא מקבל ושומר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הדור הבא עושה אותו בעצמו ולפעמים משנה מעט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הדור הבא מוריש אותו הלאה – והמורשת ממשיכה לחיות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מוריש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סיווג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 משפחתית: מתכון או כינוי שעובר בתוך משפחה. מורשת של עם: שפה, תנ״ך או חג שחוגג כל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ירושה - דבר אחד שעובר; מורשת - כלל הדברים שעוברים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מנהג חג של קהילה מסוימת או ניגון 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דור מקבל, שומר, לפעמים משנה ומעביר הלאה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דוגמה מהכיתה למורשת משפחתית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ההבדל בין מורשת משפחה/קהילה/עם באמצעות דוגמאות מהחיים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הסידור (מעגל המורשת) מומלץ לבצע בזוגות לפני המענה האישי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קיבלנו בירושה – מהי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מורשת זה דברים שאנחנו מקבלים מהסבים והסבתות, ומהעם שלנו. בדף הזה נלמד מילים חדשות ונבין איך מורשת עוברת מדור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שעובר מאדם לאדם אחריו, כמו שעון או 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שעובר מדור לדור בעם או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שנולדו בערך באותה תקופה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יורש/יורשת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ירושה ממישהו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להוריש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להעביר משהו לדורות הבאים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שחוזרים ועושים בקהילה או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מהמילה שנותן לה את המשמעות העיקרית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או נוהגים ביחד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מורשת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שמקבלים מהבנק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מה שעובר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שחוגגים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יורשת?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שמלמדת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שמקבלת ירושה ממישהו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שכותבת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שגרה בעיר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להוריש?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דבר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לשכוח משהו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להעביר דבר לדורות הבאים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לנסוע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דור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מגורים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אנשים שנולדו בערך באותה 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מנהג?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שעושים פעם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שחוזרים ועושים בקהילה או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מטבח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ירושה ומורשת באות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שייכת רק למשפחה אחת ולא לעם 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חג של יוצאי ארץ מסוימת יכול להיחשב מורשת קהילתית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העברית היא דוגמה למורשת של 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מצחיק שעובר בין אחים הוא דוגמה למורשת של עם שלם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ירושה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שחוזרים ועושים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שעובר מאדם לאדם אחריו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שנולדו בערך באותה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מה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להוריש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שמקבלת ירושה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מנהג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להעביר לדורות הבאים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מעגל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הבא עושה אותו בעצמו ולפעמים משנה מעט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הבא מקבל ושומר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הדור הבא מוריש אותו הלאה – והמורשת ממשיכה לחיות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בדור קודם יוצר או שומר משהו (מתכון, שיר, מנהג)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מלמד או מעביר אותו לאחרים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מתכון של סבתא שעובר מדור לדור הוא דוגמה ל__________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שמקבלת שעון ישן מסבא שלה נקראת ה__________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קבוצת אנשים שנולדו בערך באותה תקופה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ריקוד שחוזרים ועושים בקהילה ביום חג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כשאדם מעביר משהו לדורות הבאים אומרים שהוא __________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השפה העברית היא __________ של כל העם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סיווג 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למורשת משפחתית ולמורשת של עם, והסבירו בקצרה את ההבדל ביניהן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ירושה למורשת?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למורשת של קהילה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התפקיד של 'דור' במעגל המורשת?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קיבלנו בירושה – מהי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